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שורשים ומקום – המשפחה שלי והיישוב שלי לכיתה ג׳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היישוב שלי – איך הכול התחיל?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מילים מהשורשים ב־ק־ר ו־ע־ב־ד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תיאור של פעם לתיאור של היום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מילים הפוכות הקשורות ליישוב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מילים מהשורש ב־ק־ר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ביקרנו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לבקר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פעם או היום?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זה תיאור של פעם, לפני שנים רבות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היישוב גדל וכיום יש בו הרבה בתים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הפכים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(חדש)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(גדול)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(רחב)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(מלא)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מילים מהשורש ע־ב־ד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עבודה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אישה שעושה עבודה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תלמיד יכתוב משפט על פעם (למשל שביל צר, מעט בתים) ומשפט על היום (הרבה בתים, בית ספר, גן ילדים)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רחב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אחת מהמילים: ביקור, מבקר, לבקר, ביקרנו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משפט שמתאר מצב ישן של היישוב, כמו מעט בתים או שביל 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בשיחה קצרה על ההבדל בין היישוב פעם והיום לפני תחילת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לתרגל בעל פה את זיהוי השורשים לפני המשימות הכתובות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ההפכים אפשר להוסיף תרגול תנועה בגוף (קטן-גדול) לגיוון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שורשים ומקום – המשפחה שלי והיישוב שלי לכיתה ג׳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היישוב שלי – איך הכול התחיל?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בשיעור הזה למדנו איך נראה היישוב שלנו בימים הראשונים ואיך הוא נראה היום. נתרגל מילים חשובות מהסיפור.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לבקר  ·  ביקרנו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מילים מהשורש ב־ק־ר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בשבוע שעבר __________ במוזיאון של היישוב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אנחנו אוהבים __________ אצל דודה רחל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פעם או היום?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'היה רק שביל צר' מתאר את היישוב היום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'יש מאות בתים' מתאר את היישוב היום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הפכים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ישן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רחב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קטן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חדש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צר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מלא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ריק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גדול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מילים מהשורש ע־ב־ד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באיזו מילה יש את השורש ע־ב־ד?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דבש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עבודה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בדיקה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המשמעות של המילה 'עובדת' במשפט על היישוב?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אישה שמספרת 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אישה שעושה עבודה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אישה שגרה ביישוב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שני משפטים: אחד שמתאר איך נראה היישוב פעם, ואחד שמתאר איך הוא נראה היום.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ההפך של המילה 'צר'?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כתבו מילה אחת מהשורש ב־ק־ר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היישוב שלי – איך הכול התחיל?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