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מהשורשים ב־ק־ר ו־ע־ב־ד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תיאור של פעם לתיאור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הפוכות הקשורות ליישוב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מהשורש ב־ק־ר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תיאור של פעם, לפני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היישוב גדל וכיום יש בו הרבה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תיאור של ההתחלה,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מוסדות שקיימים ביישוב כיום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תיאור מהעבר, כשלא היה מים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מילים מהשורש ע־ב־ד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אישה שעושה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עבדו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משפט על פעם (למשל שביל צר, מעט בתים) ומשפט על היום (הרבה בתים, בית ספר, גן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אחת המילים ביקור, מבקר, לבקר, ביקרנו ומשפט עם אחת המילים עבודה, עובד, עבדו, עובדת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מהמילים: ביקור, מבקר, לבקר, ביקרנו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מצב ישן של היישוב, כמו מעט בתים או שביל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היישוב פעם והיום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זיהוי השורשים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ההפכים אפשר להוסיף תרגול תנועה בגוף (קטן-גדול) לגיוון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איך היה היישוב פעם ואיך הוא נראה היום. נתרגל מילים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דומות, כמו ב־ק־ר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כשבאים לראות מקום או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צרה להליכה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שמוציאים ממנו מים מהאדמה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מסמכים ותמונות ישנות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שהיה בעבר, לפני הרבה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הפוכה למילה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 שעבר __________ במוזיאון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אוהבים __________ אצל דודה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בארכיון היה מעניין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במוזיאון מקבל דף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'היה רק שביל צר'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 מאות בתים'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'היו שלושה בתים קטנים'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 גן ילדים ובית ספר'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'הביאו מים מבאר'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מילים מהשורש 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מהרשימה שייכת לשורש ע־ב־ד?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 לשורש ע־ב־ד?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'עובדת'?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שמספרת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שעושה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אישה שגרה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אישה שמבקרת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למשפט על ההורים?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אחד שמתאר איך נראה היישוב פעם, ואחד שמתאר איך הוא נראה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מהשורש ב־ק־ר ומשפט אחד עם מילה מהשורש ע־ב־ד.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'צר'?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ב־ק־ר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שמתאר את היישוב פעם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